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6121C" w14:textId="77777777" w:rsidR="002C0689" w:rsidRDefault="00000000">
      <w:pPr>
        <w:spacing w:after="100"/>
        <w:jc w:val="center"/>
      </w:pPr>
      <w:r>
        <w:rPr>
          <w:rFonts w:ascii="Georgia" w:hAnsi="Georgia"/>
          <w:b/>
          <w:sz w:val="30"/>
        </w:rPr>
        <w:t>GOD’S GIFTS FAMILY CONNECTIONS</w:t>
      </w:r>
    </w:p>
    <w:p w14:paraId="58C1999C" w14:textId="77777777" w:rsidR="002C0689" w:rsidRDefault="00000000">
      <w:pPr>
        <w:spacing w:after="100"/>
        <w:jc w:val="center"/>
      </w:pPr>
      <w:r>
        <w:rPr>
          <w:rFonts w:ascii="Georgia" w:hAnsi="Georgia"/>
          <w:b/>
          <w:sz w:val="44"/>
        </w:rPr>
        <w:t>TINY TREASURES</w:t>
      </w:r>
    </w:p>
    <w:p w14:paraId="162ED38F" w14:textId="77777777" w:rsidR="002C0689" w:rsidRDefault="00000000">
      <w:pPr>
        <w:spacing w:after="100"/>
        <w:jc w:val="center"/>
      </w:pPr>
      <w:r>
        <w:rPr>
          <w:rFonts w:ascii="Georgia" w:hAnsi="Georgia"/>
          <w:b/>
          <w:sz w:val="24"/>
        </w:rPr>
        <w:t>REGISTRATION FORM</w:t>
      </w:r>
    </w:p>
    <w:p w14:paraId="1D76DF48" w14:textId="77777777" w:rsidR="002C0689" w:rsidRDefault="00000000">
      <w:pPr>
        <w:spacing w:after="100"/>
        <w:jc w:val="center"/>
      </w:pPr>
      <w:r>
        <w:rPr>
          <w:sz w:val="19"/>
        </w:rPr>
        <w:t>A special class for little ones and their caregivers</w:t>
      </w:r>
    </w:p>
    <w:tbl>
      <w:tblPr>
        <w:tblW w:w="0" w:type="auto"/>
        <w:jc w:val="center"/>
        <w:tblBorders>
          <w:top w:val="single" w:sz="7" w:space="0" w:color="B8B8B8"/>
          <w:left w:val="single" w:sz="7" w:space="0" w:color="B8B8B8"/>
          <w:bottom w:val="single" w:sz="7" w:space="0" w:color="B8B8B8"/>
          <w:right w:val="single" w:sz="7" w:space="0" w:color="B8B8B8"/>
          <w:insideH w:val="single" w:sz="7" w:space="0" w:color="B8B8B8"/>
          <w:insideV w:val="single" w:sz="7" w:space="0" w:color="B8B8B8"/>
        </w:tblBorders>
        <w:tblLayout w:type="fixed"/>
        <w:tblLook w:val="04A0" w:firstRow="1" w:lastRow="0" w:firstColumn="1" w:lastColumn="0" w:noHBand="0" w:noVBand="1"/>
      </w:tblPr>
      <w:tblGrid>
        <w:gridCol w:w="5184"/>
        <w:gridCol w:w="5184"/>
      </w:tblGrid>
      <w:tr w:rsidR="002C0689" w14:paraId="71D6DBB8" w14:textId="77777777">
        <w:trPr>
          <w:trHeight w:val="320"/>
          <w:jc w:val="center"/>
        </w:trPr>
        <w:tc>
          <w:tcPr>
            <w:tcW w:w="5184" w:type="dxa"/>
            <w:vAlign w:val="center"/>
          </w:tcPr>
          <w:p w14:paraId="746087D2" w14:textId="77777777" w:rsidR="002C0689" w:rsidRDefault="00000000">
            <w:pPr>
              <w:spacing w:after="20"/>
            </w:pPr>
            <w:r>
              <w:rPr>
                <w:sz w:val="18"/>
              </w:rPr>
              <w:t>CLASS INFORMATION</w:t>
            </w:r>
            <w:r>
              <w:rPr>
                <w:sz w:val="18"/>
              </w:rPr>
              <w:br/>
              <w:t>Fridays • 9:30–10:30 AM</w:t>
            </w:r>
            <w:r>
              <w:rPr>
                <w:sz w:val="18"/>
              </w:rPr>
              <w:br/>
              <w:t>Ages 18–36 months with caregiver</w:t>
            </w:r>
            <w:r>
              <w:rPr>
                <w:sz w:val="18"/>
              </w:rPr>
              <w:br/>
              <w:t>Classes begin: October 9, 2026</w:t>
            </w:r>
            <w:r>
              <w:rPr>
                <w:sz w:val="18"/>
              </w:rPr>
              <w:br/>
              <w:t>Classes conclude: May 14, 2027</w:t>
            </w:r>
          </w:p>
        </w:tc>
        <w:tc>
          <w:tcPr>
            <w:tcW w:w="5184" w:type="dxa"/>
            <w:vAlign w:val="center"/>
          </w:tcPr>
          <w:p w14:paraId="36478C1C" w14:textId="77777777" w:rsidR="002C0689" w:rsidRDefault="00000000">
            <w:pPr>
              <w:spacing w:after="20"/>
            </w:pPr>
            <w:r>
              <w:rPr>
                <w:sz w:val="18"/>
              </w:rPr>
              <w:t>TUITION &amp; FEES</w:t>
            </w:r>
            <w:r>
              <w:rPr>
                <w:sz w:val="18"/>
              </w:rPr>
              <w:br/>
              <w:t>Tuition: $45 per month</w:t>
            </w:r>
            <w:r>
              <w:rPr>
                <w:sz w:val="18"/>
              </w:rPr>
              <w:br/>
              <w:t>Registration Fee: $25</w:t>
            </w:r>
            <w:r>
              <w:rPr>
                <w:sz w:val="18"/>
              </w:rPr>
              <w:br/>
              <w:t>First Payment: $70</w:t>
            </w:r>
          </w:p>
        </w:tc>
      </w:tr>
    </w:tbl>
    <w:p w14:paraId="5AB821F8" w14:textId="77777777" w:rsidR="002C0689" w:rsidRDefault="00000000">
      <w:pPr>
        <w:spacing w:before="140" w:after="60"/>
      </w:pPr>
      <w:r>
        <w:rPr>
          <w:rFonts w:ascii="Georgia" w:hAnsi="Georgia"/>
          <w:b/>
          <w:sz w:val="23"/>
        </w:rPr>
        <w:t>CHILD INFORMATION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84"/>
        <w:gridCol w:w="5184"/>
      </w:tblGrid>
      <w:tr w:rsidR="002C0689" w14:paraId="6F83C969" w14:textId="77777777">
        <w:trPr>
          <w:trHeight w:val="320"/>
          <w:jc w:val="center"/>
        </w:trPr>
        <w:tc>
          <w:tcPr>
            <w:tcW w:w="51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FC184F" w14:textId="77777777" w:rsidR="002C0689" w:rsidRDefault="00000000">
            <w:pPr>
              <w:spacing w:after="20"/>
            </w:pPr>
            <w:r>
              <w:rPr>
                <w:b/>
                <w:sz w:val="19"/>
              </w:rPr>
              <w:t>Child’s Full Name:</w:t>
            </w:r>
          </w:p>
        </w:tc>
        <w:tc>
          <w:tcPr>
            <w:tcW w:w="51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3D7A26" w14:textId="77777777" w:rsidR="002C0689" w:rsidRDefault="002C0689">
            <w:pPr>
              <w:pBdr>
                <w:bottom w:val="single" w:sz="6" w:space="1" w:color="777777"/>
              </w:pBdr>
              <w:spacing w:after="0"/>
            </w:pPr>
          </w:p>
        </w:tc>
      </w:tr>
      <w:tr w:rsidR="002C0689" w14:paraId="796BE113" w14:textId="77777777">
        <w:trPr>
          <w:trHeight w:val="320"/>
          <w:jc w:val="center"/>
        </w:trPr>
        <w:tc>
          <w:tcPr>
            <w:tcW w:w="51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D2B788" w14:textId="77777777" w:rsidR="002C0689" w:rsidRDefault="00000000">
            <w:pPr>
              <w:spacing w:after="20"/>
            </w:pPr>
            <w:r>
              <w:rPr>
                <w:b/>
                <w:sz w:val="19"/>
              </w:rPr>
              <w:t>Date of Birth:</w:t>
            </w:r>
          </w:p>
        </w:tc>
        <w:tc>
          <w:tcPr>
            <w:tcW w:w="51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D7B5F3" w14:textId="77777777" w:rsidR="002C0689" w:rsidRDefault="002C0689">
            <w:pPr>
              <w:pBdr>
                <w:bottom w:val="single" w:sz="6" w:space="1" w:color="777777"/>
              </w:pBdr>
              <w:spacing w:after="0"/>
            </w:pPr>
          </w:p>
        </w:tc>
      </w:tr>
      <w:tr w:rsidR="002C0689" w14:paraId="06A2F388" w14:textId="77777777">
        <w:trPr>
          <w:trHeight w:val="320"/>
          <w:jc w:val="center"/>
        </w:trPr>
        <w:tc>
          <w:tcPr>
            <w:tcW w:w="51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A67FC7" w14:textId="77777777" w:rsidR="002C0689" w:rsidRDefault="00000000">
            <w:pPr>
              <w:spacing w:after="20"/>
            </w:pPr>
            <w:r>
              <w:rPr>
                <w:b/>
                <w:sz w:val="19"/>
              </w:rPr>
              <w:t>Age at Start:</w:t>
            </w:r>
          </w:p>
        </w:tc>
        <w:tc>
          <w:tcPr>
            <w:tcW w:w="51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80C219" w14:textId="77777777" w:rsidR="002C0689" w:rsidRDefault="002C0689">
            <w:pPr>
              <w:pBdr>
                <w:bottom w:val="single" w:sz="6" w:space="1" w:color="777777"/>
              </w:pBdr>
              <w:spacing w:after="0"/>
            </w:pPr>
          </w:p>
        </w:tc>
      </w:tr>
    </w:tbl>
    <w:p w14:paraId="34654F98" w14:textId="77777777" w:rsidR="002C0689" w:rsidRDefault="00000000">
      <w:pPr>
        <w:spacing w:before="140" w:after="60"/>
      </w:pPr>
      <w:r>
        <w:rPr>
          <w:rFonts w:ascii="Georgia" w:hAnsi="Georgia"/>
          <w:b/>
          <w:sz w:val="23"/>
        </w:rPr>
        <w:t>CAREGIVER INFORMATION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84"/>
        <w:gridCol w:w="5184"/>
      </w:tblGrid>
      <w:tr w:rsidR="002C0689" w14:paraId="425335C3" w14:textId="77777777">
        <w:trPr>
          <w:trHeight w:val="320"/>
          <w:jc w:val="center"/>
        </w:trPr>
        <w:tc>
          <w:tcPr>
            <w:tcW w:w="51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AB53FC" w14:textId="77777777" w:rsidR="002C0689" w:rsidRDefault="00000000">
            <w:pPr>
              <w:spacing w:after="20"/>
            </w:pPr>
            <w:r>
              <w:rPr>
                <w:b/>
                <w:sz w:val="19"/>
              </w:rPr>
              <w:t>Caregiver’s Full Name:</w:t>
            </w:r>
          </w:p>
        </w:tc>
        <w:tc>
          <w:tcPr>
            <w:tcW w:w="51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C1B541" w14:textId="77777777" w:rsidR="002C0689" w:rsidRDefault="002C0689">
            <w:pPr>
              <w:pBdr>
                <w:bottom w:val="single" w:sz="6" w:space="1" w:color="777777"/>
              </w:pBdr>
              <w:spacing w:after="0"/>
            </w:pPr>
          </w:p>
        </w:tc>
      </w:tr>
      <w:tr w:rsidR="002C0689" w14:paraId="1F7F87FD" w14:textId="77777777">
        <w:trPr>
          <w:trHeight w:val="320"/>
          <w:jc w:val="center"/>
        </w:trPr>
        <w:tc>
          <w:tcPr>
            <w:tcW w:w="51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4247B2" w14:textId="77777777" w:rsidR="002C0689" w:rsidRDefault="00000000">
            <w:pPr>
              <w:spacing w:after="20"/>
            </w:pPr>
            <w:r>
              <w:rPr>
                <w:b/>
                <w:sz w:val="19"/>
              </w:rPr>
              <w:t>Relationship:</w:t>
            </w:r>
          </w:p>
        </w:tc>
        <w:tc>
          <w:tcPr>
            <w:tcW w:w="51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C52093" w14:textId="77777777" w:rsidR="002C0689" w:rsidRDefault="002C0689">
            <w:pPr>
              <w:pBdr>
                <w:bottom w:val="single" w:sz="6" w:space="1" w:color="777777"/>
              </w:pBdr>
              <w:spacing w:after="0"/>
            </w:pPr>
          </w:p>
        </w:tc>
      </w:tr>
      <w:tr w:rsidR="002C0689" w14:paraId="27916423" w14:textId="77777777">
        <w:trPr>
          <w:trHeight w:val="320"/>
          <w:jc w:val="center"/>
        </w:trPr>
        <w:tc>
          <w:tcPr>
            <w:tcW w:w="51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90AD8D" w14:textId="77777777" w:rsidR="002C0689" w:rsidRDefault="00000000">
            <w:pPr>
              <w:spacing w:after="20"/>
            </w:pPr>
            <w:r>
              <w:rPr>
                <w:b/>
                <w:sz w:val="19"/>
              </w:rPr>
              <w:t>Phone Number:</w:t>
            </w:r>
          </w:p>
        </w:tc>
        <w:tc>
          <w:tcPr>
            <w:tcW w:w="51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5F06B7" w14:textId="77777777" w:rsidR="002C0689" w:rsidRDefault="002C0689">
            <w:pPr>
              <w:pBdr>
                <w:bottom w:val="single" w:sz="6" w:space="1" w:color="777777"/>
              </w:pBdr>
              <w:spacing w:after="0"/>
            </w:pPr>
          </w:p>
        </w:tc>
      </w:tr>
      <w:tr w:rsidR="002C0689" w14:paraId="2E16E568" w14:textId="77777777">
        <w:trPr>
          <w:trHeight w:val="320"/>
          <w:jc w:val="center"/>
        </w:trPr>
        <w:tc>
          <w:tcPr>
            <w:tcW w:w="51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BB5B66" w14:textId="77777777" w:rsidR="002C0689" w:rsidRDefault="00000000">
            <w:pPr>
              <w:spacing w:after="20"/>
            </w:pPr>
            <w:r>
              <w:rPr>
                <w:b/>
                <w:sz w:val="19"/>
              </w:rPr>
              <w:t>Email Address:</w:t>
            </w:r>
          </w:p>
        </w:tc>
        <w:tc>
          <w:tcPr>
            <w:tcW w:w="51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AE12E0" w14:textId="77777777" w:rsidR="002C0689" w:rsidRDefault="002C0689">
            <w:pPr>
              <w:pBdr>
                <w:bottom w:val="single" w:sz="6" w:space="1" w:color="777777"/>
              </w:pBdr>
              <w:spacing w:after="0"/>
            </w:pPr>
          </w:p>
        </w:tc>
      </w:tr>
    </w:tbl>
    <w:p w14:paraId="3F6B8BF1" w14:textId="77777777" w:rsidR="002C0689" w:rsidRDefault="00000000">
      <w:pPr>
        <w:spacing w:before="140" w:after="60"/>
      </w:pPr>
      <w:r>
        <w:rPr>
          <w:rFonts w:ascii="Georgia" w:hAnsi="Georgia"/>
          <w:b/>
          <w:sz w:val="23"/>
        </w:rPr>
        <w:t>ADDRESS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84"/>
        <w:gridCol w:w="5184"/>
      </w:tblGrid>
      <w:tr w:rsidR="002C0689" w14:paraId="718A1EBD" w14:textId="77777777">
        <w:trPr>
          <w:trHeight w:val="320"/>
          <w:jc w:val="center"/>
        </w:trPr>
        <w:tc>
          <w:tcPr>
            <w:tcW w:w="51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E46921" w14:textId="77777777" w:rsidR="002C0689" w:rsidRDefault="00000000">
            <w:pPr>
              <w:spacing w:after="20"/>
            </w:pPr>
            <w:r>
              <w:rPr>
                <w:b/>
                <w:sz w:val="19"/>
              </w:rPr>
              <w:t>Street Address:</w:t>
            </w:r>
          </w:p>
        </w:tc>
        <w:tc>
          <w:tcPr>
            <w:tcW w:w="51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A1E2E5" w14:textId="77777777" w:rsidR="002C0689" w:rsidRDefault="002C0689">
            <w:pPr>
              <w:pBdr>
                <w:bottom w:val="single" w:sz="6" w:space="1" w:color="777777"/>
              </w:pBdr>
              <w:spacing w:after="0"/>
            </w:pPr>
          </w:p>
        </w:tc>
      </w:tr>
      <w:tr w:rsidR="002C0689" w14:paraId="44159D03" w14:textId="77777777">
        <w:trPr>
          <w:trHeight w:val="320"/>
          <w:jc w:val="center"/>
        </w:trPr>
        <w:tc>
          <w:tcPr>
            <w:tcW w:w="51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CA37AA" w14:textId="77777777" w:rsidR="002C0689" w:rsidRDefault="00000000">
            <w:pPr>
              <w:spacing w:after="20"/>
            </w:pPr>
            <w:r>
              <w:rPr>
                <w:b/>
                <w:sz w:val="19"/>
              </w:rPr>
              <w:t>City, State, ZIP:</w:t>
            </w:r>
          </w:p>
        </w:tc>
        <w:tc>
          <w:tcPr>
            <w:tcW w:w="51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C64A1B" w14:textId="77777777" w:rsidR="002C0689" w:rsidRDefault="002C0689">
            <w:pPr>
              <w:pBdr>
                <w:bottom w:val="single" w:sz="6" w:space="1" w:color="777777"/>
              </w:pBdr>
              <w:spacing w:after="0"/>
            </w:pPr>
          </w:p>
        </w:tc>
      </w:tr>
    </w:tbl>
    <w:p w14:paraId="0C356691" w14:textId="77777777" w:rsidR="002C0689" w:rsidRDefault="00000000">
      <w:pPr>
        <w:spacing w:before="140" w:after="60"/>
      </w:pPr>
      <w:r>
        <w:rPr>
          <w:rFonts w:ascii="Georgia" w:hAnsi="Georgia"/>
          <w:b/>
          <w:sz w:val="23"/>
        </w:rPr>
        <w:t>REGISTRATION</w:t>
      </w:r>
    </w:p>
    <w:p w14:paraId="77AC806B" w14:textId="77777777" w:rsidR="002C0689" w:rsidRDefault="00000000">
      <w:pPr>
        <w:spacing w:after="100"/>
      </w:pPr>
      <w:r>
        <w:rPr>
          <w:b/>
        </w:rPr>
        <w:t>Registration Type:  ☐ New Registration     ☐ Returning Family</w:t>
      </w:r>
    </w:p>
    <w:p w14:paraId="2FC78E78" w14:textId="77777777" w:rsidR="002C0689" w:rsidRDefault="00000000">
      <w:pPr>
        <w:spacing w:after="100"/>
      </w:pPr>
      <w:r>
        <w:rPr>
          <w:b/>
        </w:rPr>
        <w:t>First Payment:  ☐ $70 (includes $25 registration fee)</w:t>
      </w:r>
    </w:p>
    <w:p w14:paraId="15B16657" w14:textId="77777777" w:rsidR="002C0689" w:rsidRDefault="00000000">
      <w:pPr>
        <w:spacing w:before="140" w:after="60"/>
      </w:pPr>
      <w:r>
        <w:rPr>
          <w:rFonts w:ascii="Georgia" w:hAnsi="Georgia"/>
          <w:b/>
          <w:sz w:val="23"/>
        </w:rPr>
        <w:t>ACKNOWLEDGMENT</w:t>
      </w:r>
    </w:p>
    <w:p w14:paraId="51AFDBCA" w14:textId="77777777" w:rsidR="002C0689" w:rsidRDefault="00000000">
      <w:pPr>
        <w:spacing w:after="100"/>
      </w:pPr>
      <w:r>
        <w:t>I am registering my child for Tiny Treasures, a play-based class for children ages 18–36 months with a caregiver. I understand that the class meets Fridays from 9:30–10:30 AM, tuition is $45 per month, and the registration fee is $25.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84"/>
        <w:gridCol w:w="5184"/>
      </w:tblGrid>
      <w:tr w:rsidR="002C0689" w14:paraId="030D783B" w14:textId="77777777">
        <w:trPr>
          <w:trHeight w:val="320"/>
          <w:jc w:val="center"/>
        </w:trPr>
        <w:tc>
          <w:tcPr>
            <w:tcW w:w="51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8FB976" w14:textId="77777777" w:rsidR="002C0689" w:rsidRDefault="00000000">
            <w:pPr>
              <w:spacing w:after="20"/>
            </w:pPr>
            <w:r>
              <w:rPr>
                <w:b/>
                <w:sz w:val="19"/>
              </w:rPr>
              <w:t>Caregiver Signature:</w:t>
            </w:r>
          </w:p>
        </w:tc>
        <w:tc>
          <w:tcPr>
            <w:tcW w:w="51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CABEFB" w14:textId="77777777" w:rsidR="002C0689" w:rsidRDefault="002C0689">
            <w:pPr>
              <w:pBdr>
                <w:bottom w:val="single" w:sz="6" w:space="1" w:color="777777"/>
              </w:pBdr>
              <w:spacing w:after="0"/>
            </w:pPr>
          </w:p>
        </w:tc>
      </w:tr>
      <w:tr w:rsidR="002C0689" w14:paraId="6FFB66BE" w14:textId="77777777">
        <w:trPr>
          <w:trHeight w:val="320"/>
          <w:jc w:val="center"/>
        </w:trPr>
        <w:tc>
          <w:tcPr>
            <w:tcW w:w="51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CA2921" w14:textId="77777777" w:rsidR="002C0689" w:rsidRDefault="00000000">
            <w:pPr>
              <w:spacing w:after="20"/>
            </w:pPr>
            <w:r>
              <w:rPr>
                <w:b/>
                <w:sz w:val="19"/>
              </w:rPr>
              <w:t>Date:</w:t>
            </w:r>
          </w:p>
        </w:tc>
        <w:tc>
          <w:tcPr>
            <w:tcW w:w="51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98AB97" w14:textId="77777777" w:rsidR="002C0689" w:rsidRDefault="002C0689">
            <w:pPr>
              <w:pBdr>
                <w:bottom w:val="single" w:sz="6" w:space="1" w:color="777777"/>
              </w:pBdr>
              <w:spacing w:after="0"/>
            </w:pPr>
          </w:p>
        </w:tc>
      </w:tr>
    </w:tbl>
    <w:p w14:paraId="1AA16B48" w14:textId="77777777" w:rsidR="002C0689" w:rsidRDefault="00000000">
      <w:pPr>
        <w:spacing w:before="140" w:after="60"/>
      </w:pPr>
      <w:r>
        <w:rPr>
          <w:rFonts w:ascii="Georgia" w:hAnsi="Georgia"/>
          <w:b/>
          <w:sz w:val="23"/>
        </w:rPr>
        <w:t>FOR OFFICE USE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84"/>
        <w:gridCol w:w="5184"/>
      </w:tblGrid>
      <w:tr w:rsidR="002C0689" w14:paraId="482427E2" w14:textId="77777777">
        <w:trPr>
          <w:trHeight w:val="320"/>
          <w:jc w:val="center"/>
        </w:trPr>
        <w:tc>
          <w:tcPr>
            <w:tcW w:w="51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9D5E22" w14:textId="77777777" w:rsidR="002C0689" w:rsidRDefault="00000000">
            <w:pPr>
              <w:spacing w:after="20"/>
            </w:pPr>
            <w:r>
              <w:rPr>
                <w:b/>
                <w:sz w:val="19"/>
              </w:rPr>
              <w:t>Registration Fee Received:</w:t>
            </w:r>
          </w:p>
        </w:tc>
        <w:tc>
          <w:tcPr>
            <w:tcW w:w="51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3101F0" w14:textId="77777777" w:rsidR="002C0689" w:rsidRDefault="002C0689">
            <w:pPr>
              <w:pBdr>
                <w:bottom w:val="single" w:sz="6" w:space="1" w:color="777777"/>
              </w:pBdr>
              <w:spacing w:after="0"/>
            </w:pPr>
          </w:p>
        </w:tc>
      </w:tr>
      <w:tr w:rsidR="002C0689" w14:paraId="382AE91C" w14:textId="77777777">
        <w:trPr>
          <w:trHeight w:val="320"/>
          <w:jc w:val="center"/>
        </w:trPr>
        <w:tc>
          <w:tcPr>
            <w:tcW w:w="51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1ADED2" w14:textId="77777777" w:rsidR="002C0689" w:rsidRDefault="00000000">
            <w:pPr>
              <w:spacing w:after="20"/>
            </w:pPr>
            <w:r>
              <w:rPr>
                <w:b/>
                <w:sz w:val="19"/>
              </w:rPr>
              <w:t>First Payment Received:</w:t>
            </w:r>
          </w:p>
        </w:tc>
        <w:tc>
          <w:tcPr>
            <w:tcW w:w="51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E2F056" w14:textId="77777777" w:rsidR="002C0689" w:rsidRDefault="002C0689">
            <w:pPr>
              <w:pBdr>
                <w:bottom w:val="single" w:sz="6" w:space="1" w:color="777777"/>
              </w:pBdr>
              <w:spacing w:after="0"/>
            </w:pPr>
          </w:p>
        </w:tc>
      </w:tr>
      <w:tr w:rsidR="002C0689" w14:paraId="2DBEAA44" w14:textId="77777777">
        <w:trPr>
          <w:trHeight w:val="320"/>
          <w:jc w:val="center"/>
        </w:trPr>
        <w:tc>
          <w:tcPr>
            <w:tcW w:w="51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3DB727" w14:textId="77777777" w:rsidR="002C0689" w:rsidRDefault="00000000">
            <w:pPr>
              <w:spacing w:after="20"/>
            </w:pPr>
            <w:r>
              <w:rPr>
                <w:b/>
                <w:sz w:val="19"/>
              </w:rPr>
              <w:t>Date Received:</w:t>
            </w:r>
          </w:p>
        </w:tc>
        <w:tc>
          <w:tcPr>
            <w:tcW w:w="51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A84729" w14:textId="77777777" w:rsidR="002C0689" w:rsidRDefault="002C0689">
            <w:pPr>
              <w:pBdr>
                <w:bottom w:val="single" w:sz="6" w:space="1" w:color="777777"/>
              </w:pBdr>
              <w:spacing w:after="0"/>
            </w:pPr>
          </w:p>
        </w:tc>
      </w:tr>
      <w:tr w:rsidR="002C0689" w14:paraId="7542771B" w14:textId="77777777">
        <w:trPr>
          <w:trHeight w:val="320"/>
          <w:jc w:val="center"/>
        </w:trPr>
        <w:tc>
          <w:tcPr>
            <w:tcW w:w="51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96B94A" w14:textId="77777777" w:rsidR="002C0689" w:rsidRDefault="00000000">
            <w:pPr>
              <w:spacing w:after="20"/>
            </w:pPr>
            <w:r>
              <w:rPr>
                <w:b/>
                <w:sz w:val="19"/>
              </w:rPr>
              <w:t>Staff Initials:</w:t>
            </w:r>
          </w:p>
        </w:tc>
        <w:tc>
          <w:tcPr>
            <w:tcW w:w="51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4F0367" w14:textId="77777777" w:rsidR="002C0689" w:rsidRDefault="002C0689">
            <w:pPr>
              <w:pBdr>
                <w:bottom w:val="single" w:sz="6" w:space="1" w:color="777777"/>
              </w:pBdr>
              <w:spacing w:after="0"/>
            </w:pPr>
          </w:p>
        </w:tc>
      </w:tr>
    </w:tbl>
    <w:p w14:paraId="11E04E35" w14:textId="77777777" w:rsidR="002C0689" w:rsidRDefault="00000000">
      <w:pPr>
        <w:spacing w:before="160" w:after="20"/>
        <w:jc w:val="center"/>
      </w:pPr>
      <w:r>
        <w:rPr>
          <w:b/>
        </w:rPr>
        <w:t>Questions or registration: 630-551-4454</w:t>
      </w:r>
    </w:p>
    <w:p w14:paraId="6525036B" w14:textId="77777777" w:rsidR="002C0689" w:rsidRDefault="00000000">
      <w:pPr>
        <w:spacing w:before="20" w:after="0"/>
        <w:jc w:val="center"/>
      </w:pPr>
      <w:r>
        <w:rPr>
          <w:sz w:val="17"/>
        </w:rPr>
        <w:t>1976 IL Rt. 25 • Oswego, IL 60543</w:t>
      </w:r>
    </w:p>
    <w:sectPr w:rsidR="002C0689" w:rsidSect="00034616">
      <w:pgSz w:w="12240" w:h="15840"/>
      <w:pgMar w:top="648" w:right="936" w:bottom="648" w:left="93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07154909">
    <w:abstractNumId w:val="8"/>
  </w:num>
  <w:num w:numId="2" w16cid:durableId="1765151372">
    <w:abstractNumId w:val="6"/>
  </w:num>
  <w:num w:numId="3" w16cid:durableId="1240094966">
    <w:abstractNumId w:val="5"/>
  </w:num>
  <w:num w:numId="4" w16cid:durableId="1466435722">
    <w:abstractNumId w:val="4"/>
  </w:num>
  <w:num w:numId="5" w16cid:durableId="1328946956">
    <w:abstractNumId w:val="7"/>
  </w:num>
  <w:num w:numId="6" w16cid:durableId="1410038290">
    <w:abstractNumId w:val="3"/>
  </w:num>
  <w:num w:numId="7" w16cid:durableId="740061021">
    <w:abstractNumId w:val="2"/>
  </w:num>
  <w:num w:numId="8" w16cid:durableId="1471555608">
    <w:abstractNumId w:val="1"/>
  </w:num>
  <w:num w:numId="9" w16cid:durableId="430666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55D77"/>
    <w:rsid w:val="0006063C"/>
    <w:rsid w:val="0015074B"/>
    <w:rsid w:val="0029639D"/>
    <w:rsid w:val="002C0689"/>
    <w:rsid w:val="00326F90"/>
    <w:rsid w:val="00544DDD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227D52B"/>
  <w14:defaultImageDpi w14:val="300"/>
  <w15:docId w15:val="{80B53DF9-75B3-4A04-BEA3-6AAAB9E91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1135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OPC0</cp:lastModifiedBy>
  <cp:revision>2</cp:revision>
  <dcterms:created xsi:type="dcterms:W3CDTF">2026-08-16T16:32:00Z</dcterms:created>
  <dcterms:modified xsi:type="dcterms:W3CDTF">2026-08-16T16:32:00Z</dcterms:modified>
  <cp:category/>
</cp:coreProperties>
</file>